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74685B" w:rsidRPr="006959D1" w14:paraId="3983CA9A" w14:textId="77777777">
        <w:trPr>
          <w:jc w:val="center"/>
        </w:trPr>
        <w:tc>
          <w:tcPr>
            <w:tcW w:w="4819" w:type="dxa"/>
          </w:tcPr>
          <w:p w14:paraId="3E9ED79E" w14:textId="77777777" w:rsidR="0074685B" w:rsidRPr="006959D1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E25EF59" wp14:editId="39EEB903">
                  <wp:extent cx="1076325" cy="92276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 V Dofinansowane przez UE_PANTONE(1)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058" cy="932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6EC292BA" w14:textId="77777777" w:rsidR="0074685B" w:rsidRPr="006959D1" w:rsidRDefault="0000000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D867624" wp14:editId="31CD2A59">
                  <wp:extent cx="1495425" cy="62823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SP_new_logo_akronim(2)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104" cy="631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74E5FE" w14:textId="77777777" w:rsidR="006959D1" w:rsidRPr="006959D1" w:rsidRDefault="00000000">
      <w:pPr>
        <w:jc w:val="center"/>
        <w:rPr>
          <w:rFonts w:ascii="Times New Roman" w:hAnsi="Times New Roman" w:cs="Times New Roman"/>
          <w:b/>
          <w:color w:val="1F5A99"/>
          <w:sz w:val="28"/>
          <w:szCs w:val="28"/>
        </w:rPr>
      </w:pPr>
      <w:r w:rsidRPr="006959D1">
        <w:rPr>
          <w:rFonts w:ascii="Times New Roman" w:hAnsi="Times New Roman" w:cs="Times New Roman"/>
          <w:b/>
          <w:color w:val="1F5A99"/>
          <w:sz w:val="28"/>
          <w:szCs w:val="28"/>
        </w:rPr>
        <w:t xml:space="preserve">FORMULARZ </w:t>
      </w:r>
    </w:p>
    <w:p w14:paraId="1000587B" w14:textId="6B6C0CD2" w:rsidR="0074685B" w:rsidRPr="006959D1" w:rsidRDefault="006959D1">
      <w:pPr>
        <w:jc w:val="center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color w:val="1F5A99"/>
          <w:sz w:val="28"/>
          <w:szCs w:val="28"/>
        </w:rPr>
        <w:t>APLIKACYJNY</w:t>
      </w:r>
      <w:r w:rsidR="00000000" w:rsidRPr="006959D1">
        <w:rPr>
          <w:rFonts w:ascii="Times New Roman" w:hAnsi="Times New Roman" w:cs="Times New Roman"/>
          <w:b/>
          <w:color w:val="1F5A99"/>
          <w:sz w:val="28"/>
          <w:szCs w:val="28"/>
        </w:rPr>
        <w:t xml:space="preserve"> UCZNIA</w:t>
      </w:r>
    </w:p>
    <w:p w14:paraId="784F14B0" w14:textId="77777777" w:rsidR="0074685B" w:rsidRPr="006959D1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color w:val="4CAF50"/>
          <w:sz w:val="28"/>
          <w:szCs w:val="28"/>
        </w:rPr>
        <w:t>REKRUTACJA DO PROJEKTU ERASMUS+</w:t>
      </w:r>
    </w:p>
    <w:p w14:paraId="0CD99203" w14:textId="77777777" w:rsidR="0074685B" w:rsidRPr="006959D1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i/>
          <w:sz w:val="28"/>
          <w:szCs w:val="28"/>
        </w:rPr>
        <w:t>Mobilność uczniów • formularz kandydata i karta oceny komisji</w:t>
      </w:r>
    </w:p>
    <w:p w14:paraId="11C32A20" w14:textId="77777777" w:rsidR="0074685B" w:rsidRPr="006959D1" w:rsidRDefault="00000000">
      <w:pPr>
        <w:spacing w:before="140" w:after="10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color w:val="1F5A99"/>
          <w:sz w:val="28"/>
          <w:szCs w:val="28"/>
        </w:rPr>
        <w:t>I. DANE KANDYDATA</w:t>
      </w:r>
    </w:p>
    <w:p w14:paraId="0733C779" w14:textId="5147F3D7" w:rsidR="0074685B" w:rsidRPr="006959D1" w:rsidRDefault="00000000">
      <w:pPr>
        <w:spacing w:after="4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sz w:val="28"/>
          <w:szCs w:val="28"/>
        </w:rPr>
        <w:t xml:space="preserve">Imię </w:t>
      </w:r>
      <w:proofErr w:type="spellStart"/>
      <w:r w:rsidRPr="006959D1">
        <w:rPr>
          <w:rFonts w:ascii="Times New Roman" w:hAnsi="Times New Roman" w:cs="Times New Roman"/>
          <w:b/>
          <w:sz w:val="28"/>
          <w:szCs w:val="28"/>
        </w:rPr>
        <w:t>i</w:t>
      </w:r>
      <w:proofErr w:type="spellEnd"/>
      <w:r w:rsidRPr="006959D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959D1">
        <w:rPr>
          <w:rFonts w:ascii="Times New Roman" w:hAnsi="Times New Roman" w:cs="Times New Roman"/>
          <w:b/>
          <w:sz w:val="28"/>
          <w:szCs w:val="28"/>
        </w:rPr>
        <w:t>nazwisko</w:t>
      </w:r>
      <w:proofErr w:type="spellEnd"/>
      <w:r w:rsidRPr="006959D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959D1">
        <w:rPr>
          <w:rFonts w:ascii="Times New Roman" w:hAnsi="Times New Roman" w:cs="Times New Roman"/>
          <w:b/>
          <w:sz w:val="28"/>
          <w:szCs w:val="28"/>
        </w:rPr>
        <w:t>ucznia</w:t>
      </w:r>
      <w:proofErr w:type="spellEnd"/>
      <w:r w:rsidRPr="006959D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14:paraId="6878291F" w14:textId="5062641C" w:rsidR="0074685B" w:rsidRPr="006959D1" w:rsidRDefault="00000000">
      <w:pPr>
        <w:spacing w:after="40"/>
        <w:rPr>
          <w:rFonts w:ascii="Times New Roman" w:hAnsi="Times New Roman" w:cs="Times New Roman"/>
          <w:sz w:val="28"/>
          <w:szCs w:val="28"/>
        </w:rPr>
      </w:pPr>
      <w:proofErr w:type="spellStart"/>
      <w:r w:rsidRPr="006959D1">
        <w:rPr>
          <w:rFonts w:ascii="Times New Roman" w:hAnsi="Times New Roman" w:cs="Times New Roman"/>
          <w:b/>
          <w:sz w:val="28"/>
          <w:szCs w:val="28"/>
        </w:rPr>
        <w:t>Klasa</w:t>
      </w:r>
      <w:proofErr w:type="spellEnd"/>
      <w:r w:rsidRPr="006959D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64CE84FE" w14:textId="69A75A50" w:rsidR="0074685B" w:rsidRPr="006959D1" w:rsidRDefault="00000000">
      <w:pPr>
        <w:spacing w:after="40"/>
        <w:rPr>
          <w:rFonts w:ascii="Times New Roman" w:hAnsi="Times New Roman" w:cs="Times New Roman"/>
          <w:sz w:val="28"/>
          <w:szCs w:val="28"/>
        </w:rPr>
      </w:pPr>
      <w:proofErr w:type="spellStart"/>
      <w:r w:rsidRPr="006959D1">
        <w:rPr>
          <w:rFonts w:ascii="Times New Roman" w:hAnsi="Times New Roman" w:cs="Times New Roman"/>
          <w:b/>
          <w:sz w:val="28"/>
          <w:szCs w:val="28"/>
        </w:rPr>
        <w:t>Zawód</w:t>
      </w:r>
      <w:proofErr w:type="spellEnd"/>
      <w:r w:rsidRPr="006959D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61D0F257" w14:textId="3646B2D9" w:rsidR="0074685B" w:rsidRPr="006959D1" w:rsidRDefault="00000000">
      <w:pPr>
        <w:spacing w:after="4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sz w:val="28"/>
          <w:szCs w:val="28"/>
        </w:rPr>
        <w:t xml:space="preserve">Telefon / e-mail </w:t>
      </w:r>
      <w:proofErr w:type="spellStart"/>
      <w:r w:rsidRPr="006959D1">
        <w:rPr>
          <w:rFonts w:ascii="Times New Roman" w:hAnsi="Times New Roman" w:cs="Times New Roman"/>
          <w:b/>
          <w:sz w:val="28"/>
          <w:szCs w:val="28"/>
        </w:rPr>
        <w:t>ucznia</w:t>
      </w:r>
      <w:proofErr w:type="spellEnd"/>
      <w:r w:rsidRPr="006959D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14:paraId="27EDED4A" w14:textId="0BBAF61B" w:rsidR="0074685B" w:rsidRPr="006959D1" w:rsidRDefault="00000000">
      <w:pPr>
        <w:spacing w:after="4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sz w:val="28"/>
          <w:szCs w:val="28"/>
        </w:rPr>
        <w:t xml:space="preserve">Telefon / e-mail </w:t>
      </w:r>
      <w:proofErr w:type="spellStart"/>
      <w:r w:rsidRPr="006959D1">
        <w:rPr>
          <w:rFonts w:ascii="Times New Roman" w:hAnsi="Times New Roman" w:cs="Times New Roman"/>
          <w:b/>
          <w:sz w:val="28"/>
          <w:szCs w:val="28"/>
        </w:rPr>
        <w:t>rodzica</w:t>
      </w:r>
      <w:proofErr w:type="spellEnd"/>
      <w:r w:rsidRPr="006959D1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Pr="006959D1">
        <w:rPr>
          <w:rFonts w:ascii="Times New Roman" w:hAnsi="Times New Roman" w:cs="Times New Roman"/>
          <w:b/>
          <w:sz w:val="28"/>
          <w:szCs w:val="28"/>
        </w:rPr>
        <w:t>opiekuna</w:t>
      </w:r>
      <w:proofErr w:type="spellEnd"/>
      <w:r w:rsidRPr="006959D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959D1">
        <w:rPr>
          <w:rFonts w:ascii="Times New Roman" w:hAnsi="Times New Roman" w:cs="Times New Roman"/>
          <w:b/>
          <w:sz w:val="28"/>
          <w:szCs w:val="28"/>
        </w:rPr>
        <w:t>prawnego</w:t>
      </w:r>
      <w:proofErr w:type="spellEnd"/>
      <w:r w:rsidRPr="006959D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6959D1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6DB5091F" w14:textId="77777777" w:rsidR="0074685B" w:rsidRPr="006959D1" w:rsidRDefault="00000000">
      <w:pPr>
        <w:spacing w:before="140" w:after="10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color w:val="1F5A99"/>
          <w:sz w:val="28"/>
          <w:szCs w:val="28"/>
        </w:rPr>
        <w:t>II. WYNIKI W NAUCE, FREKWENCJA I ZACHOWANIE</w:t>
      </w:r>
    </w:p>
    <w:p w14:paraId="552BD0EA" w14:textId="77777777" w:rsidR="0074685B" w:rsidRPr="006959D1" w:rsidRDefault="00000000">
      <w:pPr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Poniższą część wypełnia kandydat wspólnie z wychowawcą lub komisją na podstawie dokumentacji szkolnej.</w:t>
      </w:r>
    </w:p>
    <w:tbl>
      <w:tblPr>
        <w:tblW w:w="0" w:type="auto"/>
        <w:jc w:val="center"/>
        <w:tblBorders>
          <w:top w:val="single" w:sz="8" w:space="0" w:color="8A8A8A"/>
          <w:left w:val="single" w:sz="8" w:space="0" w:color="8A8A8A"/>
          <w:bottom w:val="single" w:sz="8" w:space="0" w:color="8A8A8A"/>
          <w:right w:val="single" w:sz="8" w:space="0" w:color="8A8A8A"/>
          <w:insideH w:val="single" w:sz="8" w:space="0" w:color="8A8A8A"/>
          <w:insideV w:val="single" w:sz="8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701"/>
        <w:gridCol w:w="1701"/>
        <w:gridCol w:w="1701"/>
      </w:tblGrid>
      <w:tr w:rsidR="0074685B" w:rsidRPr="006959D1" w14:paraId="2822D8B0" w14:textId="77777777">
        <w:trPr>
          <w:jc w:val="center"/>
        </w:trPr>
        <w:tc>
          <w:tcPr>
            <w:tcW w:w="4535" w:type="dxa"/>
            <w:shd w:val="clear" w:color="auto" w:fill="1F5A99"/>
            <w:vAlign w:val="center"/>
          </w:tcPr>
          <w:p w14:paraId="0CFA7528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Kryterium</w:t>
            </w:r>
          </w:p>
        </w:tc>
        <w:tc>
          <w:tcPr>
            <w:tcW w:w="1701" w:type="dxa"/>
            <w:shd w:val="clear" w:color="auto" w:fill="1F5A99"/>
            <w:vAlign w:val="center"/>
          </w:tcPr>
          <w:p w14:paraId="7F6D3254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Wynik / ocena</w:t>
            </w:r>
          </w:p>
        </w:tc>
        <w:tc>
          <w:tcPr>
            <w:tcW w:w="1701" w:type="dxa"/>
            <w:shd w:val="clear" w:color="auto" w:fill="1F5A99"/>
            <w:vAlign w:val="center"/>
          </w:tcPr>
          <w:p w14:paraId="1B30C691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Maks. pkt</w:t>
            </w:r>
          </w:p>
        </w:tc>
        <w:tc>
          <w:tcPr>
            <w:tcW w:w="1701" w:type="dxa"/>
            <w:shd w:val="clear" w:color="auto" w:fill="1F5A99"/>
            <w:vAlign w:val="center"/>
          </w:tcPr>
          <w:p w14:paraId="393E5A81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Przyznane pkt</w:t>
            </w:r>
          </w:p>
        </w:tc>
      </w:tr>
      <w:tr w:rsidR="0074685B" w:rsidRPr="006959D1" w14:paraId="4E4434A8" w14:textId="77777777">
        <w:trPr>
          <w:jc w:val="center"/>
        </w:trPr>
        <w:tc>
          <w:tcPr>
            <w:tcW w:w="4535" w:type="dxa"/>
            <w:vAlign w:val="center"/>
          </w:tcPr>
          <w:p w14:paraId="5BDF98E6" w14:textId="77777777" w:rsidR="0074685B" w:rsidRPr="006959D1" w:rsidRDefault="000000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Średnia z przedmiotów zawodowych</w:t>
            </w:r>
          </w:p>
        </w:tc>
        <w:tc>
          <w:tcPr>
            <w:tcW w:w="1701" w:type="dxa"/>
            <w:vAlign w:val="center"/>
          </w:tcPr>
          <w:p w14:paraId="2BF99BE7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................</w:t>
            </w:r>
          </w:p>
        </w:tc>
        <w:tc>
          <w:tcPr>
            <w:tcW w:w="1701" w:type="dxa"/>
            <w:vAlign w:val="center"/>
          </w:tcPr>
          <w:p w14:paraId="21DEB96C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25</w:t>
            </w:r>
          </w:p>
        </w:tc>
        <w:tc>
          <w:tcPr>
            <w:tcW w:w="1701" w:type="dxa"/>
            <w:vAlign w:val="center"/>
          </w:tcPr>
          <w:p w14:paraId="787C292A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................</w:t>
            </w:r>
          </w:p>
        </w:tc>
      </w:tr>
      <w:tr w:rsidR="0074685B" w:rsidRPr="006959D1" w14:paraId="2946F461" w14:textId="77777777">
        <w:trPr>
          <w:jc w:val="center"/>
        </w:trPr>
        <w:tc>
          <w:tcPr>
            <w:tcW w:w="4535" w:type="dxa"/>
            <w:vAlign w:val="center"/>
          </w:tcPr>
          <w:p w14:paraId="29A4E960" w14:textId="77777777" w:rsidR="0074685B" w:rsidRPr="006959D1" w:rsidRDefault="000000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Ocena z języka angielskiego</w:t>
            </w:r>
          </w:p>
        </w:tc>
        <w:tc>
          <w:tcPr>
            <w:tcW w:w="1701" w:type="dxa"/>
            <w:vAlign w:val="center"/>
          </w:tcPr>
          <w:p w14:paraId="3699C145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................</w:t>
            </w:r>
          </w:p>
        </w:tc>
        <w:tc>
          <w:tcPr>
            <w:tcW w:w="1701" w:type="dxa"/>
            <w:vAlign w:val="center"/>
          </w:tcPr>
          <w:p w14:paraId="43985327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15</w:t>
            </w:r>
          </w:p>
        </w:tc>
        <w:tc>
          <w:tcPr>
            <w:tcW w:w="1701" w:type="dxa"/>
            <w:vAlign w:val="center"/>
          </w:tcPr>
          <w:p w14:paraId="45BAC5E6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................</w:t>
            </w:r>
          </w:p>
        </w:tc>
      </w:tr>
      <w:tr w:rsidR="0074685B" w:rsidRPr="006959D1" w14:paraId="07C27222" w14:textId="77777777">
        <w:trPr>
          <w:jc w:val="center"/>
        </w:trPr>
        <w:tc>
          <w:tcPr>
            <w:tcW w:w="4535" w:type="dxa"/>
            <w:vAlign w:val="center"/>
          </w:tcPr>
          <w:p w14:paraId="2219EF54" w14:textId="77777777" w:rsidR="0074685B" w:rsidRPr="006959D1" w:rsidRDefault="000000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Frekwencja na zajęciach</w:t>
            </w:r>
          </w:p>
        </w:tc>
        <w:tc>
          <w:tcPr>
            <w:tcW w:w="1701" w:type="dxa"/>
            <w:vAlign w:val="center"/>
          </w:tcPr>
          <w:p w14:paraId="57FF24EF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................ %</w:t>
            </w:r>
          </w:p>
        </w:tc>
        <w:tc>
          <w:tcPr>
            <w:tcW w:w="1701" w:type="dxa"/>
            <w:vAlign w:val="center"/>
          </w:tcPr>
          <w:p w14:paraId="7238C03C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10</w:t>
            </w:r>
          </w:p>
        </w:tc>
        <w:tc>
          <w:tcPr>
            <w:tcW w:w="1701" w:type="dxa"/>
            <w:vAlign w:val="center"/>
          </w:tcPr>
          <w:p w14:paraId="0633AEB8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................</w:t>
            </w:r>
          </w:p>
        </w:tc>
      </w:tr>
      <w:tr w:rsidR="0074685B" w:rsidRPr="006959D1" w14:paraId="3B1DB9B8" w14:textId="77777777">
        <w:trPr>
          <w:jc w:val="center"/>
        </w:trPr>
        <w:tc>
          <w:tcPr>
            <w:tcW w:w="4535" w:type="dxa"/>
            <w:vAlign w:val="center"/>
          </w:tcPr>
          <w:p w14:paraId="49A1390D" w14:textId="77777777" w:rsidR="0074685B" w:rsidRPr="006959D1" w:rsidRDefault="000000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Ocena zachowania</w:t>
            </w:r>
          </w:p>
        </w:tc>
        <w:tc>
          <w:tcPr>
            <w:tcW w:w="1701" w:type="dxa"/>
            <w:vAlign w:val="center"/>
          </w:tcPr>
          <w:p w14:paraId="49167220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................</w:t>
            </w:r>
          </w:p>
        </w:tc>
        <w:tc>
          <w:tcPr>
            <w:tcW w:w="1701" w:type="dxa"/>
            <w:vAlign w:val="center"/>
          </w:tcPr>
          <w:p w14:paraId="7D251D9F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10</w:t>
            </w:r>
          </w:p>
        </w:tc>
        <w:tc>
          <w:tcPr>
            <w:tcW w:w="1701" w:type="dxa"/>
            <w:vAlign w:val="center"/>
          </w:tcPr>
          <w:p w14:paraId="13EE6176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................</w:t>
            </w:r>
          </w:p>
        </w:tc>
      </w:tr>
    </w:tbl>
    <w:p w14:paraId="7E6A971D" w14:textId="77777777" w:rsidR="0074685B" w:rsidRPr="006959D1" w:rsidRDefault="00000000">
      <w:pPr>
        <w:spacing w:before="6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sz w:val="28"/>
          <w:szCs w:val="28"/>
        </w:rPr>
        <w:t>Przedmioty zawodowe uwzględnione przy obliczaniu średniej:</w:t>
      </w:r>
    </w:p>
    <w:tbl>
      <w:tblPr>
        <w:tblW w:w="0" w:type="auto"/>
        <w:jc w:val="center"/>
        <w:tblBorders>
          <w:top w:val="single" w:sz="8" w:space="0" w:color="8A8A8A"/>
          <w:left w:val="single" w:sz="8" w:space="0" w:color="8A8A8A"/>
          <w:bottom w:val="single" w:sz="8" w:space="0" w:color="8A8A8A"/>
          <w:right w:val="single" w:sz="8" w:space="0" w:color="8A8A8A"/>
          <w:insideH w:val="single" w:sz="8" w:space="0" w:color="8A8A8A"/>
          <w:insideV w:val="single" w:sz="8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5953"/>
        <w:gridCol w:w="1701"/>
        <w:gridCol w:w="1984"/>
      </w:tblGrid>
      <w:tr w:rsidR="0074685B" w:rsidRPr="006959D1" w14:paraId="797F826E" w14:textId="77777777">
        <w:trPr>
          <w:jc w:val="center"/>
        </w:trPr>
        <w:tc>
          <w:tcPr>
            <w:tcW w:w="5953" w:type="dxa"/>
            <w:shd w:val="clear" w:color="auto" w:fill="F2F2F2"/>
            <w:vAlign w:val="center"/>
          </w:tcPr>
          <w:p w14:paraId="5A343A7B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b/>
                <w:color w:val="222222"/>
                <w:sz w:val="28"/>
                <w:szCs w:val="28"/>
              </w:rPr>
              <w:t>Nazwa przedmiotu zawodowego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20B45FC5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b/>
                <w:color w:val="222222"/>
                <w:sz w:val="28"/>
                <w:szCs w:val="28"/>
              </w:rPr>
              <w:t>Ocena</w:t>
            </w:r>
          </w:p>
        </w:tc>
        <w:tc>
          <w:tcPr>
            <w:tcW w:w="1984" w:type="dxa"/>
            <w:shd w:val="clear" w:color="auto" w:fill="F2F2F2"/>
            <w:vAlign w:val="center"/>
          </w:tcPr>
          <w:p w14:paraId="42CACF4D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b/>
                <w:color w:val="222222"/>
                <w:sz w:val="28"/>
                <w:szCs w:val="28"/>
              </w:rPr>
              <w:t>Uwagi</w:t>
            </w:r>
          </w:p>
        </w:tc>
      </w:tr>
      <w:tr w:rsidR="0074685B" w:rsidRPr="006959D1" w14:paraId="3AD41DED" w14:textId="77777777">
        <w:trPr>
          <w:jc w:val="center"/>
        </w:trPr>
        <w:tc>
          <w:tcPr>
            <w:tcW w:w="5953" w:type="dxa"/>
            <w:vAlign w:val="center"/>
          </w:tcPr>
          <w:p w14:paraId="2BBB9E6A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7B90413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6FDE3640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85B" w:rsidRPr="006959D1" w14:paraId="3399C4BD" w14:textId="77777777">
        <w:trPr>
          <w:jc w:val="center"/>
        </w:trPr>
        <w:tc>
          <w:tcPr>
            <w:tcW w:w="5953" w:type="dxa"/>
            <w:vAlign w:val="center"/>
          </w:tcPr>
          <w:p w14:paraId="768CDD7E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51A2728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275CF117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85B" w:rsidRPr="006959D1" w14:paraId="050C12C9" w14:textId="77777777">
        <w:trPr>
          <w:jc w:val="center"/>
        </w:trPr>
        <w:tc>
          <w:tcPr>
            <w:tcW w:w="5953" w:type="dxa"/>
            <w:vAlign w:val="center"/>
          </w:tcPr>
          <w:p w14:paraId="2D1D6825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C3112FB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61B20238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85B" w:rsidRPr="006959D1" w14:paraId="465F7E10" w14:textId="77777777">
        <w:trPr>
          <w:jc w:val="center"/>
        </w:trPr>
        <w:tc>
          <w:tcPr>
            <w:tcW w:w="5953" w:type="dxa"/>
            <w:vAlign w:val="center"/>
          </w:tcPr>
          <w:p w14:paraId="3B3966D6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42AF3F7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EDE0481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85B" w:rsidRPr="006959D1" w14:paraId="76232C49" w14:textId="77777777">
        <w:trPr>
          <w:jc w:val="center"/>
        </w:trPr>
        <w:tc>
          <w:tcPr>
            <w:tcW w:w="5953" w:type="dxa"/>
            <w:vAlign w:val="center"/>
          </w:tcPr>
          <w:p w14:paraId="5874044D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5D5EBAA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2ABED5F7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61EFAAC" w14:textId="77777777" w:rsidR="006959D1" w:rsidRDefault="006959D1">
      <w:pPr>
        <w:spacing w:before="140" w:after="100"/>
        <w:rPr>
          <w:rFonts w:ascii="Times New Roman" w:hAnsi="Times New Roman" w:cs="Times New Roman"/>
          <w:b/>
          <w:color w:val="1F5A99"/>
          <w:sz w:val="28"/>
          <w:szCs w:val="28"/>
        </w:rPr>
      </w:pPr>
    </w:p>
    <w:p w14:paraId="3E66D844" w14:textId="62627492" w:rsidR="0074685B" w:rsidRPr="006959D1" w:rsidRDefault="00000000">
      <w:pPr>
        <w:spacing w:before="140" w:after="10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color w:val="1F5A99"/>
          <w:sz w:val="28"/>
          <w:szCs w:val="28"/>
        </w:rPr>
        <w:lastRenderedPageBreak/>
        <w:t>III. UDOKUMENTOWANE OSIĄGNIĘCIA – MAKS. 10 PKT</w:t>
      </w:r>
    </w:p>
    <w:p w14:paraId="0A838A57" w14:textId="101709F7" w:rsidR="0074685B" w:rsidRPr="006959D1" w:rsidRDefault="00000000">
      <w:pPr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 xml:space="preserve">Wpisz osiągnięcia z </w:t>
      </w:r>
      <w:proofErr w:type="spellStart"/>
      <w:r w:rsidRPr="006959D1">
        <w:rPr>
          <w:rFonts w:ascii="Times New Roman" w:hAnsi="Times New Roman" w:cs="Times New Roman"/>
          <w:sz w:val="28"/>
          <w:szCs w:val="28"/>
        </w:rPr>
        <w:t>ostatniego</w:t>
      </w:r>
      <w:proofErr w:type="spellEnd"/>
      <w:r w:rsidRPr="006959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59D1">
        <w:rPr>
          <w:rFonts w:ascii="Times New Roman" w:hAnsi="Times New Roman" w:cs="Times New Roman"/>
          <w:sz w:val="28"/>
          <w:szCs w:val="28"/>
        </w:rPr>
        <w:t>okresu</w:t>
      </w:r>
      <w:proofErr w:type="spellEnd"/>
      <w:r w:rsidRPr="006959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59D1">
        <w:rPr>
          <w:rFonts w:ascii="Times New Roman" w:hAnsi="Times New Roman" w:cs="Times New Roman"/>
          <w:sz w:val="28"/>
          <w:szCs w:val="28"/>
        </w:rPr>
        <w:t>nauki</w:t>
      </w:r>
      <w:proofErr w:type="spellEnd"/>
      <w:r w:rsidR="006959D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959D1">
        <w:rPr>
          <w:rFonts w:ascii="Times New Roman" w:hAnsi="Times New Roman" w:cs="Times New Roman"/>
          <w:sz w:val="28"/>
          <w:szCs w:val="28"/>
        </w:rPr>
        <w:t>konkursy,zawody</w:t>
      </w:r>
      <w:proofErr w:type="spellEnd"/>
      <w:r w:rsidR="006959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59D1">
        <w:rPr>
          <w:rFonts w:ascii="Times New Roman" w:hAnsi="Times New Roman" w:cs="Times New Roman"/>
          <w:sz w:val="28"/>
          <w:szCs w:val="28"/>
        </w:rPr>
        <w:t>itp</w:t>
      </w:r>
      <w:proofErr w:type="spellEnd"/>
      <w:r w:rsidR="006959D1">
        <w:rPr>
          <w:rFonts w:ascii="Times New Roman" w:hAnsi="Times New Roman" w:cs="Times New Roman"/>
          <w:sz w:val="28"/>
          <w:szCs w:val="28"/>
        </w:rPr>
        <w:t>.)</w:t>
      </w:r>
      <w:r w:rsidRPr="006959D1">
        <w:rPr>
          <w:rFonts w:ascii="Times New Roman" w:hAnsi="Times New Roman" w:cs="Times New Roman"/>
          <w:sz w:val="28"/>
          <w:szCs w:val="28"/>
        </w:rPr>
        <w:t>. Dołącz potwierdzenia, jeśli nie znajdują się w dokumentacji szkoły. Punkty przyznaje komisja zgodnie z regulaminem.</w:t>
      </w:r>
    </w:p>
    <w:tbl>
      <w:tblPr>
        <w:tblW w:w="0" w:type="auto"/>
        <w:jc w:val="center"/>
        <w:tblBorders>
          <w:top w:val="single" w:sz="8" w:space="0" w:color="8A8A8A"/>
          <w:left w:val="single" w:sz="8" w:space="0" w:color="8A8A8A"/>
          <w:bottom w:val="single" w:sz="8" w:space="0" w:color="8A8A8A"/>
          <w:right w:val="single" w:sz="8" w:space="0" w:color="8A8A8A"/>
          <w:insideH w:val="single" w:sz="8" w:space="0" w:color="8A8A8A"/>
          <w:insideV w:val="single" w:sz="8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4050"/>
        <w:gridCol w:w="1814"/>
        <w:gridCol w:w="1531"/>
        <w:gridCol w:w="1701"/>
        <w:gridCol w:w="1191"/>
      </w:tblGrid>
      <w:tr w:rsidR="0074685B" w:rsidRPr="006959D1" w14:paraId="26AD182A" w14:textId="77777777" w:rsidTr="006959D1">
        <w:trPr>
          <w:jc w:val="center"/>
        </w:trPr>
        <w:tc>
          <w:tcPr>
            <w:tcW w:w="4050" w:type="dxa"/>
            <w:shd w:val="clear" w:color="auto" w:fill="1F5A99"/>
            <w:vAlign w:val="center"/>
          </w:tcPr>
          <w:p w14:paraId="735ED2B7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59D1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Osiągnięcie</w:t>
            </w:r>
            <w:proofErr w:type="spellEnd"/>
            <w:r w:rsidRPr="006959D1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 xml:space="preserve"> / </w:t>
            </w:r>
            <w:proofErr w:type="spellStart"/>
            <w:r w:rsidRPr="006959D1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aktywność</w:t>
            </w:r>
            <w:proofErr w:type="spellEnd"/>
          </w:p>
        </w:tc>
        <w:tc>
          <w:tcPr>
            <w:tcW w:w="1814" w:type="dxa"/>
            <w:shd w:val="clear" w:color="auto" w:fill="1F5A99"/>
            <w:vAlign w:val="center"/>
          </w:tcPr>
          <w:p w14:paraId="17C6AFA4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Poziom / organizator</w:t>
            </w:r>
          </w:p>
        </w:tc>
        <w:tc>
          <w:tcPr>
            <w:tcW w:w="1531" w:type="dxa"/>
            <w:shd w:val="clear" w:color="auto" w:fill="1F5A99"/>
            <w:vAlign w:val="center"/>
          </w:tcPr>
          <w:p w14:paraId="3C4CF57A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Data</w:t>
            </w:r>
          </w:p>
        </w:tc>
        <w:tc>
          <w:tcPr>
            <w:tcW w:w="1701" w:type="dxa"/>
            <w:shd w:val="clear" w:color="auto" w:fill="1F5A99"/>
            <w:vAlign w:val="center"/>
          </w:tcPr>
          <w:p w14:paraId="6F722D6C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Dokument / załącznik</w:t>
            </w:r>
          </w:p>
        </w:tc>
        <w:tc>
          <w:tcPr>
            <w:tcW w:w="1191" w:type="dxa"/>
            <w:shd w:val="clear" w:color="auto" w:fill="1F5A99"/>
            <w:vAlign w:val="center"/>
          </w:tcPr>
          <w:p w14:paraId="0A457BDA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Pkt</w:t>
            </w:r>
          </w:p>
        </w:tc>
      </w:tr>
      <w:tr w:rsidR="0074685B" w:rsidRPr="006959D1" w14:paraId="078D138A" w14:textId="77777777" w:rsidTr="006959D1">
        <w:trPr>
          <w:jc w:val="center"/>
        </w:trPr>
        <w:tc>
          <w:tcPr>
            <w:tcW w:w="4050" w:type="dxa"/>
            <w:vAlign w:val="center"/>
          </w:tcPr>
          <w:p w14:paraId="5984BF0D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14:paraId="54A22D9D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14:paraId="6CBCBC58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F9273C8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14:paraId="50708437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85B" w:rsidRPr="006959D1" w14:paraId="03A71FAB" w14:textId="77777777" w:rsidTr="006959D1">
        <w:trPr>
          <w:jc w:val="center"/>
        </w:trPr>
        <w:tc>
          <w:tcPr>
            <w:tcW w:w="4050" w:type="dxa"/>
            <w:vAlign w:val="center"/>
          </w:tcPr>
          <w:p w14:paraId="4A335BA4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14:paraId="2F4F797F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14:paraId="16F4CB97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8331A26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14:paraId="6B7F09C8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85B" w:rsidRPr="006959D1" w14:paraId="1B0C547C" w14:textId="77777777" w:rsidTr="006959D1">
        <w:trPr>
          <w:jc w:val="center"/>
        </w:trPr>
        <w:tc>
          <w:tcPr>
            <w:tcW w:w="4050" w:type="dxa"/>
            <w:vAlign w:val="center"/>
          </w:tcPr>
          <w:p w14:paraId="3D7686B6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14:paraId="071AD8AD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14:paraId="2BF70F2F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00E499A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14:paraId="7F2A7661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85B" w:rsidRPr="006959D1" w14:paraId="1B149118" w14:textId="77777777" w:rsidTr="006959D1">
        <w:trPr>
          <w:jc w:val="center"/>
        </w:trPr>
        <w:tc>
          <w:tcPr>
            <w:tcW w:w="4050" w:type="dxa"/>
            <w:vAlign w:val="center"/>
          </w:tcPr>
          <w:p w14:paraId="4311EC98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14:paraId="21AE4B01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14:paraId="3680194A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B570100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14:paraId="03CE4408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85B" w:rsidRPr="006959D1" w14:paraId="2EB562C2" w14:textId="77777777" w:rsidTr="006959D1">
        <w:trPr>
          <w:jc w:val="center"/>
        </w:trPr>
        <w:tc>
          <w:tcPr>
            <w:tcW w:w="4050" w:type="dxa"/>
            <w:vAlign w:val="center"/>
          </w:tcPr>
          <w:p w14:paraId="7F0F034E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14:paraId="7DFED360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14:paraId="33FFF672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D9E54E4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14:paraId="3E2BBB18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F9A7A8C" w14:textId="77777777" w:rsidR="0074685B" w:rsidRPr="006959D1" w:rsidRDefault="00000000">
      <w:pPr>
        <w:spacing w:before="140" w:after="10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color w:val="1F5A99"/>
          <w:sz w:val="28"/>
          <w:szCs w:val="28"/>
        </w:rPr>
        <w:t>IV. MOTYWACJA DO UDZIAŁU W MOBILNOŚCI – MAKS. 15 PKT</w:t>
      </w:r>
    </w:p>
    <w:p w14:paraId="645C5766" w14:textId="77777777" w:rsidR="0074685B" w:rsidRPr="006959D1" w:rsidRDefault="00000000">
      <w:pPr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Odpowiedz własnymi słowami. Ocenie podlega m.in. motywacja, uzasadnienie udziału, cele rozwojowe oraz sposób wykorzystania doświadczeń po powrocie.</w:t>
      </w:r>
    </w:p>
    <w:p w14:paraId="4591DEB6" w14:textId="77777777" w:rsidR="0074685B" w:rsidRPr="006959D1" w:rsidRDefault="00000000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sz w:val="28"/>
          <w:szCs w:val="28"/>
        </w:rPr>
        <w:t>1. Dlaczego chcesz wziąć udział w mobilności Erasmus+?</w:t>
      </w:r>
    </w:p>
    <w:p w14:paraId="0819D339" w14:textId="77777777" w:rsidR="0074685B" w:rsidRPr="006959D1" w:rsidRDefault="00000000">
      <w:pPr>
        <w:spacing w:after="0" w:line="192" w:lineRule="auto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</w:p>
    <w:p w14:paraId="61C8E2C9" w14:textId="77777777" w:rsidR="0074685B" w:rsidRPr="006959D1" w:rsidRDefault="00000000">
      <w:pPr>
        <w:spacing w:after="0" w:line="192" w:lineRule="auto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</w:p>
    <w:p w14:paraId="72B111E2" w14:textId="77777777" w:rsidR="0074685B" w:rsidRPr="006959D1" w:rsidRDefault="00000000">
      <w:pPr>
        <w:spacing w:after="0" w:line="192" w:lineRule="auto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</w:p>
    <w:p w14:paraId="0E07F547" w14:textId="77777777" w:rsidR="0074685B" w:rsidRPr="006959D1" w:rsidRDefault="00000000">
      <w:pPr>
        <w:spacing w:after="0" w:line="180" w:lineRule="auto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</w:p>
    <w:p w14:paraId="6259671A" w14:textId="77777777" w:rsidR="0074685B" w:rsidRPr="006959D1" w:rsidRDefault="00000000">
      <w:pPr>
        <w:spacing w:after="0" w:line="180" w:lineRule="auto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</w:p>
    <w:p w14:paraId="1AD54722" w14:textId="77777777" w:rsidR="0074685B" w:rsidRPr="006959D1" w:rsidRDefault="00000000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sz w:val="28"/>
          <w:szCs w:val="28"/>
        </w:rPr>
        <w:t>2. Jakie umiejętności lub doświadczenia zawodowe chcesz zdobyć lub rozwinąć?</w:t>
      </w:r>
    </w:p>
    <w:p w14:paraId="0316B268" w14:textId="77777777" w:rsidR="0074685B" w:rsidRPr="006959D1" w:rsidRDefault="00000000">
      <w:pPr>
        <w:spacing w:after="0" w:line="192" w:lineRule="auto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</w:p>
    <w:p w14:paraId="18C6E519" w14:textId="77777777" w:rsidR="0074685B" w:rsidRPr="006959D1" w:rsidRDefault="00000000">
      <w:pPr>
        <w:spacing w:after="0" w:line="192" w:lineRule="auto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</w:p>
    <w:p w14:paraId="214FB518" w14:textId="77777777" w:rsidR="0074685B" w:rsidRPr="006959D1" w:rsidRDefault="00000000">
      <w:pPr>
        <w:spacing w:after="0" w:line="192" w:lineRule="auto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</w:p>
    <w:p w14:paraId="09E32F5E" w14:textId="77777777" w:rsidR="0074685B" w:rsidRPr="006959D1" w:rsidRDefault="00000000">
      <w:pPr>
        <w:spacing w:after="0" w:line="180" w:lineRule="auto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</w:p>
    <w:p w14:paraId="6B9CCDDC" w14:textId="77777777" w:rsidR="0074685B" w:rsidRPr="006959D1" w:rsidRDefault="00000000">
      <w:pPr>
        <w:spacing w:after="0" w:line="180" w:lineRule="auto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</w:p>
    <w:p w14:paraId="79927145" w14:textId="77777777" w:rsidR="0074685B" w:rsidRPr="006959D1" w:rsidRDefault="00000000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sz w:val="28"/>
          <w:szCs w:val="28"/>
        </w:rPr>
        <w:t>3. W jaki sposób wyjazd może pomóc Ci w dalszej nauce lub przyszłej pracy?</w:t>
      </w:r>
    </w:p>
    <w:p w14:paraId="02106A1E" w14:textId="77777777" w:rsidR="0074685B" w:rsidRPr="006959D1" w:rsidRDefault="00000000">
      <w:pPr>
        <w:spacing w:after="0" w:line="192" w:lineRule="auto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</w:p>
    <w:p w14:paraId="4AC3B2BA" w14:textId="77777777" w:rsidR="0074685B" w:rsidRPr="006959D1" w:rsidRDefault="00000000">
      <w:pPr>
        <w:spacing w:after="0" w:line="192" w:lineRule="auto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</w:p>
    <w:p w14:paraId="50AC5B65" w14:textId="77777777" w:rsidR="0074685B" w:rsidRPr="006959D1" w:rsidRDefault="00000000">
      <w:pPr>
        <w:spacing w:after="0" w:line="192" w:lineRule="auto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</w:p>
    <w:p w14:paraId="7F3B09A7" w14:textId="77777777" w:rsidR="0074685B" w:rsidRPr="006959D1" w:rsidRDefault="00000000">
      <w:pPr>
        <w:spacing w:after="0" w:line="180" w:lineRule="auto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</w:t>
      </w:r>
    </w:p>
    <w:p w14:paraId="16EE5550" w14:textId="77777777" w:rsidR="0074685B" w:rsidRPr="006959D1" w:rsidRDefault="00000000">
      <w:pPr>
        <w:spacing w:after="0" w:line="180" w:lineRule="auto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</w:p>
    <w:p w14:paraId="504BAB76" w14:textId="77777777" w:rsidR="0074685B" w:rsidRPr="006959D1" w:rsidRDefault="00000000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sz w:val="28"/>
          <w:szCs w:val="28"/>
        </w:rPr>
        <w:t>4. Jak możesz podzielić się doświadczeniem z innymi uczniami po powrocie?</w:t>
      </w:r>
    </w:p>
    <w:p w14:paraId="01FDC010" w14:textId="77777777" w:rsidR="0074685B" w:rsidRPr="006959D1" w:rsidRDefault="00000000">
      <w:pPr>
        <w:spacing w:after="0" w:line="192" w:lineRule="auto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</w:p>
    <w:p w14:paraId="7EBDD264" w14:textId="77777777" w:rsidR="0074685B" w:rsidRPr="006959D1" w:rsidRDefault="00000000">
      <w:pPr>
        <w:spacing w:after="0" w:line="192" w:lineRule="auto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</w:p>
    <w:p w14:paraId="533D4974" w14:textId="77777777" w:rsidR="0074685B" w:rsidRPr="006959D1" w:rsidRDefault="00000000">
      <w:pPr>
        <w:spacing w:after="0" w:line="192" w:lineRule="auto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</w:p>
    <w:p w14:paraId="7137D31C" w14:textId="77777777" w:rsidR="0074685B" w:rsidRPr="006959D1" w:rsidRDefault="00000000">
      <w:pPr>
        <w:spacing w:after="0" w:line="180" w:lineRule="auto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</w:p>
    <w:p w14:paraId="05AACF90" w14:textId="77777777" w:rsidR="0074685B" w:rsidRPr="006959D1" w:rsidRDefault="00000000">
      <w:pPr>
        <w:spacing w:after="0" w:line="180" w:lineRule="auto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</w:t>
      </w:r>
    </w:p>
    <w:p w14:paraId="6537DB12" w14:textId="77777777" w:rsidR="006959D1" w:rsidRDefault="006959D1" w:rsidP="006959D1">
      <w:pPr>
        <w:rPr>
          <w:rFonts w:ascii="Times New Roman" w:hAnsi="Times New Roman" w:cs="Times New Roman"/>
          <w:sz w:val="28"/>
          <w:szCs w:val="28"/>
        </w:rPr>
      </w:pPr>
    </w:p>
    <w:p w14:paraId="0C0CE993" w14:textId="1140277F" w:rsidR="0074685B" w:rsidRPr="006959D1" w:rsidRDefault="00000000" w:rsidP="006959D1">
      <w:pPr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color w:val="1F5A99"/>
          <w:sz w:val="28"/>
          <w:szCs w:val="28"/>
        </w:rPr>
        <w:t>V. UCZEŃ Z MNIEJSZYMI SZANSAMI / BARIERY – MAKS. 10 PKT</w:t>
      </w:r>
    </w:p>
    <w:p w14:paraId="66696FE9" w14:textId="77777777" w:rsidR="0074685B" w:rsidRPr="006959D1" w:rsidRDefault="00000000">
      <w:pPr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t>Podanie informacji jest dobrowolne. Zaznacz, jeśli dotyczy Cię jedna z poniższych barier. Szczegółowe informacje mogą być przekazane koordynatorowi projektu poufnie.</w:t>
      </w:r>
    </w:p>
    <w:p w14:paraId="75F730BB" w14:textId="77777777" w:rsidR="0074685B" w:rsidRPr="006959D1" w:rsidRDefault="00000000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Segoe UI Symbol" w:hAnsi="Segoe UI Symbol" w:cs="Segoe UI Symbol"/>
          <w:sz w:val="28"/>
          <w:szCs w:val="28"/>
        </w:rPr>
        <w:t>☐</w:t>
      </w:r>
      <w:r w:rsidRPr="006959D1">
        <w:rPr>
          <w:rFonts w:ascii="Times New Roman" w:hAnsi="Times New Roman" w:cs="Times New Roman"/>
          <w:sz w:val="28"/>
          <w:szCs w:val="28"/>
        </w:rPr>
        <w:t xml:space="preserve">  bariera ekonomiczna / trudna sytuacja materialna</w:t>
      </w:r>
    </w:p>
    <w:p w14:paraId="27157623" w14:textId="77777777" w:rsidR="0074685B" w:rsidRPr="006959D1" w:rsidRDefault="00000000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Segoe UI Symbol" w:hAnsi="Segoe UI Symbol" w:cs="Segoe UI Symbol"/>
          <w:sz w:val="28"/>
          <w:szCs w:val="28"/>
        </w:rPr>
        <w:t>☐</w:t>
      </w:r>
      <w:r w:rsidRPr="006959D1">
        <w:rPr>
          <w:rFonts w:ascii="Times New Roman" w:hAnsi="Times New Roman" w:cs="Times New Roman"/>
          <w:sz w:val="28"/>
          <w:szCs w:val="28"/>
        </w:rPr>
        <w:t xml:space="preserve">  bariera społeczna lub rodzinna</w:t>
      </w:r>
    </w:p>
    <w:p w14:paraId="7D61EE75" w14:textId="77777777" w:rsidR="0074685B" w:rsidRPr="006959D1" w:rsidRDefault="00000000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Segoe UI Symbol" w:hAnsi="Segoe UI Symbol" w:cs="Segoe UI Symbol"/>
          <w:sz w:val="28"/>
          <w:szCs w:val="28"/>
        </w:rPr>
        <w:t>☐</w:t>
      </w:r>
      <w:r w:rsidRPr="006959D1">
        <w:rPr>
          <w:rFonts w:ascii="Times New Roman" w:hAnsi="Times New Roman" w:cs="Times New Roman"/>
          <w:sz w:val="28"/>
          <w:szCs w:val="28"/>
        </w:rPr>
        <w:t xml:space="preserve">  niepełnosprawność / szczególne potrzeby edukacyjne lub inne indywidualne potrzeby</w:t>
      </w:r>
    </w:p>
    <w:p w14:paraId="3106053A" w14:textId="77777777" w:rsidR="0074685B" w:rsidRPr="006959D1" w:rsidRDefault="00000000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Segoe UI Symbol" w:hAnsi="Segoe UI Symbol" w:cs="Segoe UI Symbol"/>
          <w:sz w:val="28"/>
          <w:szCs w:val="28"/>
        </w:rPr>
        <w:t>☐</w:t>
      </w:r>
      <w:r w:rsidRPr="006959D1">
        <w:rPr>
          <w:rFonts w:ascii="Times New Roman" w:hAnsi="Times New Roman" w:cs="Times New Roman"/>
          <w:sz w:val="28"/>
          <w:szCs w:val="28"/>
        </w:rPr>
        <w:t xml:space="preserve">  trudności edukacyjne lub inne udokumentowane bariery</w:t>
      </w:r>
    </w:p>
    <w:p w14:paraId="4F034C53" w14:textId="77777777" w:rsidR="0074685B" w:rsidRPr="006959D1" w:rsidRDefault="00000000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Segoe UI Symbol" w:hAnsi="Segoe UI Symbol" w:cs="Segoe UI Symbol"/>
          <w:sz w:val="28"/>
          <w:szCs w:val="28"/>
        </w:rPr>
        <w:t>☐</w:t>
      </w:r>
      <w:r w:rsidRPr="006959D1">
        <w:rPr>
          <w:rFonts w:ascii="Times New Roman" w:hAnsi="Times New Roman" w:cs="Times New Roman"/>
          <w:sz w:val="28"/>
          <w:szCs w:val="28"/>
        </w:rPr>
        <w:t xml:space="preserve">  inna okoliczność utrudniająca dostęp do mobilności</w:t>
      </w:r>
    </w:p>
    <w:p w14:paraId="4C93E637" w14:textId="77777777" w:rsidR="0074685B" w:rsidRPr="006959D1" w:rsidRDefault="00000000">
      <w:pPr>
        <w:spacing w:after="4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sz w:val="28"/>
          <w:szCs w:val="28"/>
        </w:rPr>
        <w:t xml:space="preserve">Informacja dodatkowa (opcjonalnie): </w:t>
      </w: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60F3B28E" w14:textId="4C68DAAE" w:rsidR="0074685B" w:rsidRPr="006959D1" w:rsidRDefault="00000000">
      <w:pPr>
        <w:spacing w:after="4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14:paraId="0015E4FB" w14:textId="77777777" w:rsidR="0074685B" w:rsidRPr="006959D1" w:rsidRDefault="00000000">
      <w:pPr>
        <w:spacing w:after="4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sz w:val="28"/>
          <w:szCs w:val="28"/>
        </w:rPr>
        <w:t xml:space="preserve">Punkty przyznane przez komisję: </w:t>
      </w:r>
      <w:r w:rsidRPr="006959D1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62FE1A2B" w14:textId="77777777" w:rsidR="0074685B" w:rsidRPr="006959D1" w:rsidRDefault="00000000">
      <w:pPr>
        <w:spacing w:before="140" w:after="10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color w:val="1F5A99"/>
          <w:sz w:val="28"/>
          <w:szCs w:val="28"/>
        </w:rPr>
        <w:t>VI. AKTYWNOŚĆ NA RZECZ SZKOŁY / PROJEKTÓW ERASMUS+ – MAKS. 5 PKT</w:t>
      </w:r>
    </w:p>
    <w:p w14:paraId="493ECB2C" w14:textId="77777777" w:rsidR="0074685B" w:rsidRPr="006959D1" w:rsidRDefault="00000000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Segoe UI Symbol" w:hAnsi="Segoe UI Symbol" w:cs="Segoe UI Symbol"/>
          <w:sz w:val="28"/>
          <w:szCs w:val="28"/>
        </w:rPr>
        <w:t>☐</w:t>
      </w:r>
      <w:r w:rsidRPr="006959D1">
        <w:rPr>
          <w:rFonts w:ascii="Times New Roman" w:hAnsi="Times New Roman" w:cs="Times New Roman"/>
          <w:sz w:val="28"/>
          <w:szCs w:val="28"/>
        </w:rPr>
        <w:t xml:space="preserve">  udział w działaniach szkolnych, projektach, wydarzeniach, wolontariacie lub działaniach promujących szkołę</w:t>
      </w:r>
    </w:p>
    <w:p w14:paraId="09053F83" w14:textId="77777777" w:rsidR="0074685B" w:rsidRPr="006959D1" w:rsidRDefault="00000000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Segoe UI Symbol" w:hAnsi="Segoe UI Symbol" w:cs="Segoe UI Symbol"/>
          <w:sz w:val="28"/>
          <w:szCs w:val="28"/>
        </w:rPr>
        <w:t>☐</w:t>
      </w:r>
      <w:r w:rsidRPr="006959D1">
        <w:rPr>
          <w:rFonts w:ascii="Times New Roman" w:hAnsi="Times New Roman" w:cs="Times New Roman"/>
          <w:sz w:val="28"/>
          <w:szCs w:val="28"/>
        </w:rPr>
        <w:t xml:space="preserve">  udział w działaniach związanych z Erasmus+ / upowszechnianiem rezultatów</w:t>
      </w:r>
    </w:p>
    <w:p w14:paraId="296246FA" w14:textId="77777777" w:rsidR="0074685B" w:rsidRPr="006959D1" w:rsidRDefault="00000000">
      <w:pPr>
        <w:spacing w:after="4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sz w:val="28"/>
          <w:szCs w:val="28"/>
        </w:rPr>
        <w:t xml:space="preserve">Opis aktywności: </w:t>
      </w: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3A49BC1D" w14:textId="133DFD7F" w:rsidR="0074685B" w:rsidRPr="006959D1" w:rsidRDefault="00000000">
      <w:pPr>
        <w:spacing w:after="4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59D1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14:paraId="39C26F77" w14:textId="77777777" w:rsidR="0074685B" w:rsidRPr="006959D1" w:rsidRDefault="00000000">
      <w:pPr>
        <w:spacing w:after="4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sz w:val="28"/>
          <w:szCs w:val="28"/>
        </w:rPr>
        <w:t xml:space="preserve">Punkty przyznane przez komisję: </w:t>
      </w:r>
      <w:r w:rsidRPr="006959D1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4DB9FAFB" w14:textId="77777777" w:rsidR="006959D1" w:rsidRDefault="006959D1">
      <w:pPr>
        <w:spacing w:before="140" w:after="100"/>
        <w:rPr>
          <w:rFonts w:ascii="Times New Roman" w:hAnsi="Times New Roman" w:cs="Times New Roman"/>
          <w:b/>
          <w:color w:val="1F5A99"/>
          <w:sz w:val="28"/>
          <w:szCs w:val="28"/>
        </w:rPr>
      </w:pPr>
    </w:p>
    <w:p w14:paraId="733AF448" w14:textId="6D9A263E" w:rsidR="0074685B" w:rsidRPr="006959D1" w:rsidRDefault="00000000">
      <w:pPr>
        <w:spacing w:before="140" w:after="10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b/>
          <w:color w:val="1F5A99"/>
          <w:sz w:val="28"/>
          <w:szCs w:val="28"/>
        </w:rPr>
        <w:lastRenderedPageBreak/>
        <w:t>VII. OŚWIADCZENIA KANDYDATA</w:t>
      </w:r>
    </w:p>
    <w:p w14:paraId="37BA5602" w14:textId="77777777" w:rsidR="0074685B" w:rsidRPr="006959D1" w:rsidRDefault="00000000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Segoe UI Symbol" w:hAnsi="Segoe UI Symbol" w:cs="Segoe UI Symbol"/>
          <w:sz w:val="28"/>
          <w:szCs w:val="28"/>
        </w:rPr>
        <w:t>☐</w:t>
      </w:r>
      <w:r w:rsidRPr="006959D1">
        <w:rPr>
          <w:rFonts w:ascii="Times New Roman" w:hAnsi="Times New Roman" w:cs="Times New Roman"/>
          <w:sz w:val="28"/>
          <w:szCs w:val="28"/>
        </w:rPr>
        <w:t xml:space="preserve">  Oświadczam, że podane przeze mnie informacje są prawdziwe.</w:t>
      </w:r>
    </w:p>
    <w:p w14:paraId="02825B47" w14:textId="77777777" w:rsidR="0074685B" w:rsidRPr="006959D1" w:rsidRDefault="00000000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Segoe UI Symbol" w:hAnsi="Segoe UI Symbol" w:cs="Segoe UI Symbol"/>
          <w:sz w:val="28"/>
          <w:szCs w:val="28"/>
        </w:rPr>
        <w:t>☐</w:t>
      </w:r>
      <w:r w:rsidRPr="006959D1">
        <w:rPr>
          <w:rFonts w:ascii="Times New Roman" w:hAnsi="Times New Roman" w:cs="Times New Roman"/>
          <w:sz w:val="28"/>
          <w:szCs w:val="28"/>
        </w:rPr>
        <w:t xml:space="preserve">  Zobowiązuję się do udziału w obowiązkowych działaniach przygotowawczych, jeżeli zostanę zakwalifikowany/a.</w:t>
      </w:r>
    </w:p>
    <w:p w14:paraId="5DF47062" w14:textId="77777777" w:rsidR="0074685B" w:rsidRPr="006959D1" w:rsidRDefault="00000000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Segoe UI Symbol" w:hAnsi="Segoe UI Symbol" w:cs="Segoe UI Symbol"/>
          <w:sz w:val="28"/>
          <w:szCs w:val="28"/>
        </w:rPr>
        <w:t>☐</w:t>
      </w:r>
      <w:r w:rsidRPr="006959D1">
        <w:rPr>
          <w:rFonts w:ascii="Times New Roman" w:hAnsi="Times New Roman" w:cs="Times New Roman"/>
          <w:sz w:val="28"/>
          <w:szCs w:val="28"/>
        </w:rPr>
        <w:t xml:space="preserve">  Zobowiązuję się do przestrzegania zasad udziału w mobilności oraz regulaminu projektu.</w:t>
      </w:r>
    </w:p>
    <w:p w14:paraId="05884549" w14:textId="77777777" w:rsidR="0074685B" w:rsidRPr="006959D1" w:rsidRDefault="00000000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Segoe UI Symbol" w:hAnsi="Segoe UI Symbol" w:cs="Segoe UI Symbol"/>
          <w:sz w:val="28"/>
          <w:szCs w:val="28"/>
        </w:rPr>
        <w:t>☐</w:t>
      </w:r>
      <w:r w:rsidRPr="006959D1">
        <w:rPr>
          <w:rFonts w:ascii="Times New Roman" w:hAnsi="Times New Roman" w:cs="Times New Roman"/>
          <w:sz w:val="28"/>
          <w:szCs w:val="28"/>
        </w:rPr>
        <w:t xml:space="preserve">  Wyrażam zgodę na wykorzystanie informacji zawartych w formularzu na potrzeby rekrutacji do projektu Erasmus+.</w:t>
      </w: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74685B" w:rsidRPr="006959D1" w14:paraId="4A641F47" w14:textId="77777777">
        <w:trPr>
          <w:jc w:val="center"/>
        </w:trPr>
        <w:tc>
          <w:tcPr>
            <w:tcW w:w="4819" w:type="dxa"/>
            <w:vAlign w:val="center"/>
          </w:tcPr>
          <w:p w14:paraId="57D6B84A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br/>
            </w: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br/>
              <w:t>........................................................</w:t>
            </w: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br/>
              <w:t>Data i podpis ucznia</w:t>
            </w:r>
          </w:p>
        </w:tc>
        <w:tc>
          <w:tcPr>
            <w:tcW w:w="4819" w:type="dxa"/>
            <w:vAlign w:val="center"/>
          </w:tcPr>
          <w:p w14:paraId="6368E69E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br/>
            </w: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br/>
              <w:t>........................................................</w:t>
            </w:r>
            <w:r w:rsidRPr="006959D1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br/>
              <w:t>Data i podpis rodzica/opiekuna prawnego*</w:t>
            </w:r>
          </w:p>
        </w:tc>
      </w:tr>
    </w:tbl>
    <w:p w14:paraId="7E10C580" w14:textId="77777777" w:rsidR="0074685B" w:rsidRPr="006959D1" w:rsidRDefault="00000000">
      <w:pPr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i/>
          <w:sz w:val="28"/>
          <w:szCs w:val="28"/>
        </w:rPr>
        <w:t>* W przypadku ucznia niepełnoletniego podpis rodzica/opiekuna prawnego jest wymagany.</w:t>
      </w:r>
    </w:p>
    <w:p w14:paraId="6475B01E" w14:textId="77777777" w:rsidR="0074685B" w:rsidRPr="006959D1" w:rsidRDefault="00000000">
      <w:pPr>
        <w:rPr>
          <w:rFonts w:ascii="Times New Roman" w:hAnsi="Times New Roman" w:cs="Times New Roman"/>
          <w:sz w:val="28"/>
          <w:szCs w:val="28"/>
        </w:rPr>
      </w:pPr>
      <w:r w:rsidRPr="006959D1">
        <w:rPr>
          <w:rFonts w:ascii="Times New Roman" w:hAnsi="Times New Roman" w:cs="Times New Roman"/>
          <w:sz w:val="28"/>
          <w:szCs w:val="28"/>
        </w:rPr>
        <w:br w:type="page"/>
      </w:r>
    </w:p>
    <w:p w14:paraId="11F2490A" w14:textId="77777777" w:rsidR="0074685B" w:rsidRPr="006959D1" w:rsidRDefault="00000000">
      <w:pPr>
        <w:spacing w:before="140" w:after="100"/>
        <w:rPr>
          <w:rFonts w:ascii="Times New Roman" w:hAnsi="Times New Roman" w:cs="Times New Roman"/>
          <w:sz w:val="24"/>
          <w:szCs w:val="24"/>
        </w:rPr>
      </w:pPr>
      <w:r w:rsidRPr="006959D1">
        <w:rPr>
          <w:rFonts w:ascii="Times New Roman" w:hAnsi="Times New Roman" w:cs="Times New Roman"/>
          <w:b/>
          <w:color w:val="1F5A99"/>
          <w:sz w:val="24"/>
          <w:szCs w:val="24"/>
        </w:rPr>
        <w:lastRenderedPageBreak/>
        <w:t>VIII. KARTA OCENY – WYPEŁNIA KOMISJA REKRUTACYJNA</w:t>
      </w:r>
    </w:p>
    <w:tbl>
      <w:tblPr>
        <w:tblW w:w="0" w:type="auto"/>
        <w:jc w:val="center"/>
        <w:tblBorders>
          <w:top w:val="single" w:sz="8" w:space="0" w:color="8A8A8A"/>
          <w:left w:val="single" w:sz="8" w:space="0" w:color="8A8A8A"/>
          <w:bottom w:val="single" w:sz="8" w:space="0" w:color="8A8A8A"/>
          <w:right w:val="single" w:sz="8" w:space="0" w:color="8A8A8A"/>
          <w:insideH w:val="single" w:sz="8" w:space="0" w:color="8A8A8A"/>
          <w:insideV w:val="single" w:sz="8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2551"/>
        <w:gridCol w:w="1247"/>
        <w:gridCol w:w="1304"/>
      </w:tblGrid>
      <w:tr w:rsidR="0074685B" w:rsidRPr="006959D1" w14:paraId="7723239A" w14:textId="77777777">
        <w:trPr>
          <w:jc w:val="center"/>
        </w:trPr>
        <w:tc>
          <w:tcPr>
            <w:tcW w:w="4535" w:type="dxa"/>
            <w:shd w:val="clear" w:color="auto" w:fill="1F5A99"/>
            <w:vAlign w:val="center"/>
          </w:tcPr>
          <w:p w14:paraId="16E8CBD1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Kryterium</w:t>
            </w:r>
          </w:p>
        </w:tc>
        <w:tc>
          <w:tcPr>
            <w:tcW w:w="2551" w:type="dxa"/>
            <w:shd w:val="clear" w:color="auto" w:fill="1F5A99"/>
            <w:vAlign w:val="center"/>
          </w:tcPr>
          <w:p w14:paraId="7BDFD9D4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Podstawa oceny</w:t>
            </w:r>
          </w:p>
        </w:tc>
        <w:tc>
          <w:tcPr>
            <w:tcW w:w="1247" w:type="dxa"/>
            <w:shd w:val="clear" w:color="auto" w:fill="1F5A99"/>
            <w:vAlign w:val="center"/>
          </w:tcPr>
          <w:p w14:paraId="55B4901A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Maks. pkt</w:t>
            </w:r>
          </w:p>
        </w:tc>
        <w:tc>
          <w:tcPr>
            <w:tcW w:w="1304" w:type="dxa"/>
            <w:shd w:val="clear" w:color="auto" w:fill="1F5A99"/>
            <w:vAlign w:val="center"/>
          </w:tcPr>
          <w:p w14:paraId="0B09197A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Przyznane pkt</w:t>
            </w:r>
          </w:p>
        </w:tc>
      </w:tr>
      <w:tr w:rsidR="0074685B" w:rsidRPr="006959D1" w14:paraId="1F603B96" w14:textId="77777777">
        <w:trPr>
          <w:jc w:val="center"/>
        </w:trPr>
        <w:tc>
          <w:tcPr>
            <w:tcW w:w="4535" w:type="dxa"/>
            <w:vAlign w:val="center"/>
          </w:tcPr>
          <w:p w14:paraId="1A19B353" w14:textId="77777777" w:rsidR="0074685B" w:rsidRPr="006959D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Średnia z przedmiotów zawodowych</w:t>
            </w:r>
          </w:p>
        </w:tc>
        <w:tc>
          <w:tcPr>
            <w:tcW w:w="2551" w:type="dxa"/>
            <w:vAlign w:val="center"/>
          </w:tcPr>
          <w:p w14:paraId="67012BAD" w14:textId="77777777" w:rsidR="0074685B" w:rsidRPr="006959D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dokumentacja szkolna</w:t>
            </w:r>
          </w:p>
        </w:tc>
        <w:tc>
          <w:tcPr>
            <w:tcW w:w="1247" w:type="dxa"/>
            <w:vAlign w:val="center"/>
          </w:tcPr>
          <w:p w14:paraId="32F5725A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25</w:t>
            </w:r>
          </w:p>
        </w:tc>
        <w:tc>
          <w:tcPr>
            <w:tcW w:w="1304" w:type="dxa"/>
            <w:vAlign w:val="center"/>
          </w:tcPr>
          <w:p w14:paraId="0D30ACC2" w14:textId="77777777" w:rsidR="0074685B" w:rsidRPr="006959D1" w:rsidRDefault="007468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85B" w:rsidRPr="006959D1" w14:paraId="57CBFCD9" w14:textId="77777777">
        <w:trPr>
          <w:jc w:val="center"/>
        </w:trPr>
        <w:tc>
          <w:tcPr>
            <w:tcW w:w="4535" w:type="dxa"/>
            <w:vAlign w:val="center"/>
          </w:tcPr>
          <w:p w14:paraId="49DAAA4E" w14:textId="77777777" w:rsidR="0074685B" w:rsidRPr="006959D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Język angielski</w:t>
            </w:r>
          </w:p>
        </w:tc>
        <w:tc>
          <w:tcPr>
            <w:tcW w:w="2551" w:type="dxa"/>
            <w:vAlign w:val="center"/>
          </w:tcPr>
          <w:p w14:paraId="64C450BE" w14:textId="77777777" w:rsidR="0074685B" w:rsidRPr="006959D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ocena szkolna</w:t>
            </w:r>
          </w:p>
        </w:tc>
        <w:tc>
          <w:tcPr>
            <w:tcW w:w="1247" w:type="dxa"/>
            <w:vAlign w:val="center"/>
          </w:tcPr>
          <w:p w14:paraId="5A5A8421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15</w:t>
            </w:r>
          </w:p>
        </w:tc>
        <w:tc>
          <w:tcPr>
            <w:tcW w:w="1304" w:type="dxa"/>
            <w:vAlign w:val="center"/>
          </w:tcPr>
          <w:p w14:paraId="5D8BD089" w14:textId="77777777" w:rsidR="0074685B" w:rsidRPr="006959D1" w:rsidRDefault="007468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85B" w:rsidRPr="006959D1" w14:paraId="2A8C6665" w14:textId="77777777">
        <w:trPr>
          <w:jc w:val="center"/>
        </w:trPr>
        <w:tc>
          <w:tcPr>
            <w:tcW w:w="4535" w:type="dxa"/>
            <w:vAlign w:val="center"/>
          </w:tcPr>
          <w:p w14:paraId="47AFEBF2" w14:textId="77777777" w:rsidR="0074685B" w:rsidRPr="006959D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Frekwencja</w:t>
            </w:r>
          </w:p>
        </w:tc>
        <w:tc>
          <w:tcPr>
            <w:tcW w:w="2551" w:type="dxa"/>
            <w:vAlign w:val="center"/>
          </w:tcPr>
          <w:p w14:paraId="42FB77F5" w14:textId="77777777" w:rsidR="0074685B" w:rsidRPr="006959D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dokumentacja szkolna</w:t>
            </w:r>
          </w:p>
        </w:tc>
        <w:tc>
          <w:tcPr>
            <w:tcW w:w="1247" w:type="dxa"/>
            <w:vAlign w:val="center"/>
          </w:tcPr>
          <w:p w14:paraId="4435D210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10</w:t>
            </w:r>
          </w:p>
        </w:tc>
        <w:tc>
          <w:tcPr>
            <w:tcW w:w="1304" w:type="dxa"/>
            <w:vAlign w:val="center"/>
          </w:tcPr>
          <w:p w14:paraId="5FC88468" w14:textId="77777777" w:rsidR="0074685B" w:rsidRPr="006959D1" w:rsidRDefault="007468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85B" w:rsidRPr="006959D1" w14:paraId="66569EBD" w14:textId="77777777">
        <w:trPr>
          <w:jc w:val="center"/>
        </w:trPr>
        <w:tc>
          <w:tcPr>
            <w:tcW w:w="4535" w:type="dxa"/>
            <w:vAlign w:val="center"/>
          </w:tcPr>
          <w:p w14:paraId="6740F7A5" w14:textId="77777777" w:rsidR="0074685B" w:rsidRPr="006959D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Zachowanie</w:t>
            </w:r>
          </w:p>
        </w:tc>
        <w:tc>
          <w:tcPr>
            <w:tcW w:w="2551" w:type="dxa"/>
            <w:vAlign w:val="center"/>
          </w:tcPr>
          <w:p w14:paraId="426975AB" w14:textId="77777777" w:rsidR="0074685B" w:rsidRPr="006959D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ocena zachowania</w:t>
            </w:r>
          </w:p>
        </w:tc>
        <w:tc>
          <w:tcPr>
            <w:tcW w:w="1247" w:type="dxa"/>
            <w:vAlign w:val="center"/>
          </w:tcPr>
          <w:p w14:paraId="62D3FD35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10</w:t>
            </w:r>
          </w:p>
        </w:tc>
        <w:tc>
          <w:tcPr>
            <w:tcW w:w="1304" w:type="dxa"/>
            <w:vAlign w:val="center"/>
          </w:tcPr>
          <w:p w14:paraId="79A5BD28" w14:textId="77777777" w:rsidR="0074685B" w:rsidRPr="006959D1" w:rsidRDefault="007468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85B" w:rsidRPr="006959D1" w14:paraId="133CC8A7" w14:textId="77777777">
        <w:trPr>
          <w:jc w:val="center"/>
        </w:trPr>
        <w:tc>
          <w:tcPr>
            <w:tcW w:w="4535" w:type="dxa"/>
            <w:vAlign w:val="center"/>
          </w:tcPr>
          <w:p w14:paraId="2414B891" w14:textId="77777777" w:rsidR="0074685B" w:rsidRPr="006959D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Udokumentowane osiągnięcia</w:t>
            </w:r>
          </w:p>
        </w:tc>
        <w:tc>
          <w:tcPr>
            <w:tcW w:w="2551" w:type="dxa"/>
            <w:vAlign w:val="center"/>
          </w:tcPr>
          <w:p w14:paraId="49F94879" w14:textId="77777777" w:rsidR="0074685B" w:rsidRPr="006959D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dokumenty / weryfikacja</w:t>
            </w:r>
          </w:p>
        </w:tc>
        <w:tc>
          <w:tcPr>
            <w:tcW w:w="1247" w:type="dxa"/>
            <w:vAlign w:val="center"/>
          </w:tcPr>
          <w:p w14:paraId="7B5E33D4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10</w:t>
            </w:r>
          </w:p>
        </w:tc>
        <w:tc>
          <w:tcPr>
            <w:tcW w:w="1304" w:type="dxa"/>
            <w:vAlign w:val="center"/>
          </w:tcPr>
          <w:p w14:paraId="67F73F1A" w14:textId="77777777" w:rsidR="0074685B" w:rsidRPr="006959D1" w:rsidRDefault="007468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85B" w:rsidRPr="006959D1" w14:paraId="56CF9EAF" w14:textId="77777777">
        <w:trPr>
          <w:jc w:val="center"/>
        </w:trPr>
        <w:tc>
          <w:tcPr>
            <w:tcW w:w="4535" w:type="dxa"/>
            <w:vAlign w:val="center"/>
          </w:tcPr>
          <w:p w14:paraId="1DEA59FB" w14:textId="77777777" w:rsidR="0074685B" w:rsidRPr="006959D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Motywacja</w:t>
            </w:r>
          </w:p>
        </w:tc>
        <w:tc>
          <w:tcPr>
            <w:tcW w:w="2551" w:type="dxa"/>
            <w:vAlign w:val="center"/>
          </w:tcPr>
          <w:p w14:paraId="428AA536" w14:textId="77777777" w:rsidR="0074685B" w:rsidRPr="006959D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odpowiedzi w formularzu</w:t>
            </w:r>
          </w:p>
        </w:tc>
        <w:tc>
          <w:tcPr>
            <w:tcW w:w="1247" w:type="dxa"/>
            <w:vAlign w:val="center"/>
          </w:tcPr>
          <w:p w14:paraId="5BF0D6D7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15</w:t>
            </w:r>
          </w:p>
        </w:tc>
        <w:tc>
          <w:tcPr>
            <w:tcW w:w="1304" w:type="dxa"/>
            <w:vAlign w:val="center"/>
          </w:tcPr>
          <w:p w14:paraId="416EE839" w14:textId="77777777" w:rsidR="0074685B" w:rsidRPr="006959D1" w:rsidRDefault="007468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85B" w:rsidRPr="006959D1" w14:paraId="3F9728EC" w14:textId="77777777">
        <w:trPr>
          <w:jc w:val="center"/>
        </w:trPr>
        <w:tc>
          <w:tcPr>
            <w:tcW w:w="4535" w:type="dxa"/>
            <w:vAlign w:val="center"/>
          </w:tcPr>
          <w:p w14:paraId="76078074" w14:textId="77777777" w:rsidR="0074685B" w:rsidRPr="006959D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Mniejsze szanse / bariery</w:t>
            </w:r>
          </w:p>
        </w:tc>
        <w:tc>
          <w:tcPr>
            <w:tcW w:w="2551" w:type="dxa"/>
            <w:vAlign w:val="center"/>
          </w:tcPr>
          <w:p w14:paraId="18D7DD07" w14:textId="77777777" w:rsidR="0074685B" w:rsidRPr="006959D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wg regulaminu</w:t>
            </w:r>
          </w:p>
        </w:tc>
        <w:tc>
          <w:tcPr>
            <w:tcW w:w="1247" w:type="dxa"/>
            <w:vAlign w:val="center"/>
          </w:tcPr>
          <w:p w14:paraId="2C4704D3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10</w:t>
            </w:r>
          </w:p>
        </w:tc>
        <w:tc>
          <w:tcPr>
            <w:tcW w:w="1304" w:type="dxa"/>
            <w:vAlign w:val="center"/>
          </w:tcPr>
          <w:p w14:paraId="3B90DDBB" w14:textId="77777777" w:rsidR="0074685B" w:rsidRPr="006959D1" w:rsidRDefault="007468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85B" w:rsidRPr="006959D1" w14:paraId="4B9EB920" w14:textId="77777777">
        <w:trPr>
          <w:jc w:val="center"/>
        </w:trPr>
        <w:tc>
          <w:tcPr>
            <w:tcW w:w="4535" w:type="dxa"/>
            <w:vAlign w:val="center"/>
          </w:tcPr>
          <w:p w14:paraId="2509C558" w14:textId="77777777" w:rsidR="0074685B" w:rsidRPr="006959D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Aktywność na rzecz szkoły / Erasmus+</w:t>
            </w:r>
          </w:p>
        </w:tc>
        <w:tc>
          <w:tcPr>
            <w:tcW w:w="2551" w:type="dxa"/>
            <w:vAlign w:val="center"/>
          </w:tcPr>
          <w:p w14:paraId="02E4921F" w14:textId="77777777" w:rsidR="0074685B" w:rsidRPr="006959D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wg regulaminu</w:t>
            </w:r>
          </w:p>
        </w:tc>
        <w:tc>
          <w:tcPr>
            <w:tcW w:w="1247" w:type="dxa"/>
            <w:vAlign w:val="center"/>
          </w:tcPr>
          <w:p w14:paraId="15C657E0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1304" w:type="dxa"/>
            <w:vAlign w:val="center"/>
          </w:tcPr>
          <w:p w14:paraId="7525F115" w14:textId="77777777" w:rsidR="0074685B" w:rsidRPr="006959D1" w:rsidRDefault="007468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85B" w:rsidRPr="006959D1" w14:paraId="5490BBB5" w14:textId="77777777">
        <w:trPr>
          <w:jc w:val="center"/>
        </w:trPr>
        <w:tc>
          <w:tcPr>
            <w:tcW w:w="4535" w:type="dxa"/>
            <w:shd w:val="clear" w:color="auto" w:fill="EAF2F8"/>
            <w:vAlign w:val="center"/>
          </w:tcPr>
          <w:p w14:paraId="2330DC44" w14:textId="77777777" w:rsidR="0074685B" w:rsidRPr="006959D1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RAZEM</w:t>
            </w:r>
          </w:p>
        </w:tc>
        <w:tc>
          <w:tcPr>
            <w:tcW w:w="2551" w:type="dxa"/>
            <w:shd w:val="clear" w:color="auto" w:fill="EAF2F8"/>
            <w:vAlign w:val="center"/>
          </w:tcPr>
          <w:p w14:paraId="247ED5CD" w14:textId="77777777" w:rsidR="0074685B" w:rsidRPr="006959D1" w:rsidRDefault="007468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shd w:val="clear" w:color="auto" w:fill="EAF2F8"/>
            <w:vAlign w:val="center"/>
          </w:tcPr>
          <w:p w14:paraId="30DCDCAF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b/>
                <w:color w:val="222222"/>
                <w:sz w:val="24"/>
                <w:szCs w:val="24"/>
              </w:rPr>
              <w:t>100</w:t>
            </w:r>
          </w:p>
        </w:tc>
        <w:tc>
          <w:tcPr>
            <w:tcW w:w="1304" w:type="dxa"/>
            <w:shd w:val="clear" w:color="auto" w:fill="EAF2F8"/>
            <w:vAlign w:val="center"/>
          </w:tcPr>
          <w:p w14:paraId="240AFCCB" w14:textId="77777777" w:rsidR="0074685B" w:rsidRPr="006959D1" w:rsidRDefault="007468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7DDEED" w14:textId="77777777" w:rsidR="0074685B" w:rsidRPr="006959D1" w:rsidRDefault="00000000">
      <w:pPr>
        <w:spacing w:before="140" w:after="100"/>
        <w:rPr>
          <w:rFonts w:ascii="Times New Roman" w:hAnsi="Times New Roman" w:cs="Times New Roman"/>
          <w:sz w:val="24"/>
          <w:szCs w:val="24"/>
        </w:rPr>
      </w:pPr>
      <w:r w:rsidRPr="006959D1">
        <w:rPr>
          <w:rFonts w:ascii="Times New Roman" w:hAnsi="Times New Roman" w:cs="Times New Roman"/>
          <w:b/>
          <w:color w:val="1F5A99"/>
          <w:sz w:val="24"/>
          <w:szCs w:val="24"/>
        </w:rPr>
        <w:t>IX. WERYFIKACJA DOKUMENTÓW</w:t>
      </w:r>
    </w:p>
    <w:p w14:paraId="2ADE1193" w14:textId="77777777" w:rsidR="0074685B" w:rsidRPr="006959D1" w:rsidRDefault="00000000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6959D1">
        <w:rPr>
          <w:rFonts w:ascii="Segoe UI Symbol" w:hAnsi="Segoe UI Symbol" w:cs="Segoe UI Symbol"/>
          <w:sz w:val="24"/>
          <w:szCs w:val="24"/>
        </w:rPr>
        <w:t>☐</w:t>
      </w:r>
      <w:r w:rsidRPr="006959D1">
        <w:rPr>
          <w:rFonts w:ascii="Times New Roman" w:hAnsi="Times New Roman" w:cs="Times New Roman"/>
          <w:sz w:val="24"/>
          <w:szCs w:val="24"/>
        </w:rPr>
        <w:t xml:space="preserve">  formularz złożony w terminie</w:t>
      </w:r>
    </w:p>
    <w:p w14:paraId="24550853" w14:textId="77777777" w:rsidR="0074685B" w:rsidRPr="006959D1" w:rsidRDefault="00000000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6959D1">
        <w:rPr>
          <w:rFonts w:ascii="Segoe UI Symbol" w:hAnsi="Segoe UI Symbol" w:cs="Segoe UI Symbol"/>
          <w:sz w:val="24"/>
          <w:szCs w:val="24"/>
        </w:rPr>
        <w:t>☐</w:t>
      </w:r>
      <w:r w:rsidRPr="006959D1">
        <w:rPr>
          <w:rFonts w:ascii="Times New Roman" w:hAnsi="Times New Roman" w:cs="Times New Roman"/>
          <w:sz w:val="24"/>
          <w:szCs w:val="24"/>
        </w:rPr>
        <w:t xml:space="preserve">  wymagane podpisy zostały złożone</w:t>
      </w:r>
    </w:p>
    <w:p w14:paraId="6D2D1C69" w14:textId="77777777" w:rsidR="0074685B" w:rsidRPr="006959D1" w:rsidRDefault="00000000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6959D1">
        <w:rPr>
          <w:rFonts w:ascii="Segoe UI Symbol" w:hAnsi="Segoe UI Symbol" w:cs="Segoe UI Symbol"/>
          <w:sz w:val="24"/>
          <w:szCs w:val="24"/>
        </w:rPr>
        <w:t>☐</w:t>
      </w:r>
      <w:r w:rsidRPr="006959D1">
        <w:rPr>
          <w:rFonts w:ascii="Times New Roman" w:hAnsi="Times New Roman" w:cs="Times New Roman"/>
          <w:sz w:val="24"/>
          <w:szCs w:val="24"/>
        </w:rPr>
        <w:t xml:space="preserve">  oceny, frekwencja i zachowanie zweryfikowane w dokumentacji szkolnej</w:t>
      </w:r>
    </w:p>
    <w:p w14:paraId="76A7D430" w14:textId="77777777" w:rsidR="0074685B" w:rsidRPr="006959D1" w:rsidRDefault="00000000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6959D1">
        <w:rPr>
          <w:rFonts w:ascii="Segoe UI Symbol" w:hAnsi="Segoe UI Symbol" w:cs="Segoe UI Symbol"/>
          <w:sz w:val="24"/>
          <w:szCs w:val="24"/>
        </w:rPr>
        <w:t>☐</w:t>
      </w:r>
      <w:r w:rsidRPr="006959D1">
        <w:rPr>
          <w:rFonts w:ascii="Times New Roman" w:hAnsi="Times New Roman" w:cs="Times New Roman"/>
          <w:sz w:val="24"/>
          <w:szCs w:val="24"/>
        </w:rPr>
        <w:t xml:space="preserve">  osiągnięcia zostały udokumentowane / zweryfikowane</w:t>
      </w:r>
    </w:p>
    <w:p w14:paraId="1F8432F2" w14:textId="77777777" w:rsidR="0074685B" w:rsidRPr="006959D1" w:rsidRDefault="00000000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6959D1">
        <w:rPr>
          <w:rFonts w:ascii="Segoe UI Symbol" w:hAnsi="Segoe UI Symbol" w:cs="Segoe UI Symbol"/>
          <w:sz w:val="24"/>
          <w:szCs w:val="24"/>
        </w:rPr>
        <w:t>☐</w:t>
      </w:r>
      <w:r w:rsidRPr="006959D1">
        <w:rPr>
          <w:rFonts w:ascii="Times New Roman" w:hAnsi="Times New Roman" w:cs="Times New Roman"/>
          <w:sz w:val="24"/>
          <w:szCs w:val="24"/>
        </w:rPr>
        <w:t xml:space="preserve">  kryterium mniejszych szans / barier zweryfikowane, jeśli dotyczy</w:t>
      </w:r>
    </w:p>
    <w:p w14:paraId="2DA32AFB" w14:textId="77777777" w:rsidR="0074685B" w:rsidRPr="006959D1" w:rsidRDefault="00000000">
      <w:pPr>
        <w:spacing w:before="140" w:after="100"/>
        <w:rPr>
          <w:rFonts w:ascii="Times New Roman" w:hAnsi="Times New Roman" w:cs="Times New Roman"/>
          <w:sz w:val="24"/>
          <w:szCs w:val="24"/>
        </w:rPr>
      </w:pPr>
      <w:r w:rsidRPr="006959D1">
        <w:rPr>
          <w:rFonts w:ascii="Times New Roman" w:hAnsi="Times New Roman" w:cs="Times New Roman"/>
          <w:b/>
          <w:color w:val="1F5A99"/>
          <w:sz w:val="24"/>
          <w:szCs w:val="24"/>
        </w:rPr>
        <w:t>X. DECYZJA KOMISJI</w:t>
      </w:r>
    </w:p>
    <w:p w14:paraId="67B4BA72" w14:textId="77777777" w:rsidR="0074685B" w:rsidRPr="006959D1" w:rsidRDefault="00000000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6959D1">
        <w:rPr>
          <w:rFonts w:ascii="Segoe UI Symbol" w:hAnsi="Segoe UI Symbol" w:cs="Segoe UI Symbol"/>
          <w:sz w:val="24"/>
          <w:szCs w:val="24"/>
        </w:rPr>
        <w:t>☐</w:t>
      </w:r>
      <w:r w:rsidRPr="006959D1">
        <w:rPr>
          <w:rFonts w:ascii="Times New Roman" w:hAnsi="Times New Roman" w:cs="Times New Roman"/>
          <w:sz w:val="24"/>
          <w:szCs w:val="24"/>
        </w:rPr>
        <w:t xml:space="preserve">  Zakwalifikowany/a do udziału w mobilności</w:t>
      </w:r>
    </w:p>
    <w:p w14:paraId="1B618A66" w14:textId="77777777" w:rsidR="0074685B" w:rsidRPr="006959D1" w:rsidRDefault="00000000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6959D1">
        <w:rPr>
          <w:rFonts w:ascii="Segoe UI Symbol" w:hAnsi="Segoe UI Symbol" w:cs="Segoe UI Symbol"/>
          <w:sz w:val="24"/>
          <w:szCs w:val="24"/>
        </w:rPr>
        <w:t>☐</w:t>
      </w:r>
      <w:r w:rsidRPr="006959D1">
        <w:rPr>
          <w:rFonts w:ascii="Times New Roman" w:hAnsi="Times New Roman" w:cs="Times New Roman"/>
          <w:sz w:val="24"/>
          <w:szCs w:val="24"/>
        </w:rPr>
        <w:t xml:space="preserve">  Lista rezerwowa</w:t>
      </w:r>
    </w:p>
    <w:p w14:paraId="08071C83" w14:textId="77777777" w:rsidR="0074685B" w:rsidRPr="006959D1" w:rsidRDefault="00000000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6959D1">
        <w:rPr>
          <w:rFonts w:ascii="Segoe UI Symbol" w:hAnsi="Segoe UI Symbol" w:cs="Segoe UI Symbol"/>
          <w:sz w:val="24"/>
          <w:szCs w:val="24"/>
        </w:rPr>
        <w:t>☐</w:t>
      </w:r>
      <w:r w:rsidRPr="006959D1">
        <w:rPr>
          <w:rFonts w:ascii="Times New Roman" w:hAnsi="Times New Roman" w:cs="Times New Roman"/>
          <w:sz w:val="24"/>
          <w:szCs w:val="24"/>
        </w:rPr>
        <w:t xml:space="preserve">  Nie zakwalifikowany/a</w:t>
      </w:r>
    </w:p>
    <w:p w14:paraId="13DD7C93" w14:textId="77777777" w:rsidR="0074685B" w:rsidRPr="006959D1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6959D1">
        <w:rPr>
          <w:rFonts w:ascii="Times New Roman" w:hAnsi="Times New Roman" w:cs="Times New Roman"/>
          <w:b/>
          <w:sz w:val="24"/>
          <w:szCs w:val="24"/>
        </w:rPr>
        <w:t xml:space="preserve">Łączna liczba punktów: </w:t>
      </w:r>
      <w:r w:rsidRPr="006959D1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3300C29C" w14:textId="77777777" w:rsidR="0074685B" w:rsidRPr="006959D1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6959D1">
        <w:rPr>
          <w:rFonts w:ascii="Times New Roman" w:hAnsi="Times New Roman" w:cs="Times New Roman"/>
          <w:b/>
          <w:sz w:val="24"/>
          <w:szCs w:val="24"/>
        </w:rPr>
        <w:t xml:space="preserve">Miejsce na liście rankingowej: </w:t>
      </w:r>
      <w:r w:rsidRPr="006959D1">
        <w:rPr>
          <w:rFonts w:ascii="Times New Roman" w:hAnsi="Times New Roman" w:cs="Times New Roman"/>
          <w:sz w:val="24"/>
          <w:szCs w:val="24"/>
        </w:rPr>
        <w:t>____________________</w:t>
      </w:r>
    </w:p>
    <w:p w14:paraId="3F369EC8" w14:textId="77777777" w:rsidR="0074685B" w:rsidRPr="006959D1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6959D1">
        <w:rPr>
          <w:rFonts w:ascii="Times New Roman" w:hAnsi="Times New Roman" w:cs="Times New Roman"/>
          <w:b/>
          <w:sz w:val="24"/>
          <w:szCs w:val="24"/>
        </w:rPr>
        <w:t xml:space="preserve">Uwagi komisji: </w:t>
      </w:r>
      <w:r w:rsidRPr="006959D1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2D763CC5" w14:textId="77777777" w:rsidR="0074685B" w:rsidRPr="006959D1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6959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59D1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1"/>
      </w:tblGrid>
      <w:tr w:rsidR="0074685B" w:rsidRPr="006959D1" w14:paraId="7FC37B7C" w14:textId="77777777">
        <w:trPr>
          <w:jc w:val="center"/>
        </w:trPr>
        <w:tc>
          <w:tcPr>
            <w:tcW w:w="3231" w:type="dxa"/>
            <w:vAlign w:val="center"/>
          </w:tcPr>
          <w:p w14:paraId="2C060A70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  <w:t>..................................</w:t>
            </w: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  <w:t>Przewodniczący komisji</w:t>
            </w: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  <w:t>Data: ....................</w:t>
            </w:r>
          </w:p>
        </w:tc>
        <w:tc>
          <w:tcPr>
            <w:tcW w:w="3231" w:type="dxa"/>
            <w:vAlign w:val="center"/>
          </w:tcPr>
          <w:p w14:paraId="7ECB3F5A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  <w:t>..................................</w:t>
            </w: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  <w:t>Członek komisji</w:t>
            </w: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  <w:t>Data: ....................</w:t>
            </w:r>
          </w:p>
        </w:tc>
        <w:tc>
          <w:tcPr>
            <w:tcW w:w="3231" w:type="dxa"/>
            <w:vAlign w:val="center"/>
          </w:tcPr>
          <w:p w14:paraId="564A69A3" w14:textId="77777777" w:rsidR="0074685B" w:rsidRPr="006959D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  <w:t>..................................</w:t>
            </w: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  <w:t>Członek komisji</w:t>
            </w:r>
            <w:r w:rsidRPr="006959D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  <w:t>Data: ....................</w:t>
            </w:r>
          </w:p>
        </w:tc>
      </w:tr>
    </w:tbl>
    <w:p w14:paraId="09654C1F" w14:textId="77777777" w:rsidR="000024C8" w:rsidRPr="006959D1" w:rsidRDefault="000024C8">
      <w:pPr>
        <w:rPr>
          <w:rFonts w:ascii="Times New Roman" w:hAnsi="Times New Roman" w:cs="Times New Roman"/>
          <w:sz w:val="24"/>
          <w:szCs w:val="24"/>
        </w:rPr>
      </w:pPr>
    </w:p>
    <w:sectPr w:rsidR="000024C8" w:rsidRPr="006959D1" w:rsidSect="00034616">
      <w:footerReference w:type="default" r:id="rId10"/>
      <w:pgSz w:w="12240" w:h="15840"/>
      <w:pgMar w:top="709" w:right="794" w:bottom="709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98566" w14:textId="77777777" w:rsidR="000024C8" w:rsidRDefault="000024C8">
      <w:pPr>
        <w:spacing w:after="0" w:line="240" w:lineRule="auto"/>
      </w:pPr>
      <w:r>
        <w:separator/>
      </w:r>
    </w:p>
  </w:endnote>
  <w:endnote w:type="continuationSeparator" w:id="0">
    <w:p w14:paraId="3E3F134C" w14:textId="77777777" w:rsidR="000024C8" w:rsidRDefault="00002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FCD9C" w14:textId="77777777" w:rsidR="0074685B" w:rsidRDefault="00000000">
    <w:pPr>
      <w:pStyle w:val="Stopka"/>
      <w:jc w:val="center"/>
    </w:pPr>
    <w:r>
      <w:rPr>
        <w:color w:val="646464"/>
        <w:sz w:val="16"/>
      </w:rPr>
      <w:t>Erasmus+ • Formularz zgłoszeniowy ucznia • ZSP w Pszowie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0A344" w14:textId="77777777" w:rsidR="000024C8" w:rsidRDefault="000024C8">
      <w:pPr>
        <w:spacing w:after="0" w:line="240" w:lineRule="auto"/>
      </w:pPr>
      <w:r>
        <w:separator/>
      </w:r>
    </w:p>
  </w:footnote>
  <w:footnote w:type="continuationSeparator" w:id="0">
    <w:p w14:paraId="0189BB5B" w14:textId="77777777" w:rsidR="000024C8" w:rsidRDefault="000024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4813353">
    <w:abstractNumId w:val="8"/>
  </w:num>
  <w:num w:numId="2" w16cid:durableId="328676778">
    <w:abstractNumId w:val="6"/>
  </w:num>
  <w:num w:numId="3" w16cid:durableId="1843079943">
    <w:abstractNumId w:val="5"/>
  </w:num>
  <w:num w:numId="4" w16cid:durableId="1427194894">
    <w:abstractNumId w:val="4"/>
  </w:num>
  <w:num w:numId="5" w16cid:durableId="992485828">
    <w:abstractNumId w:val="7"/>
  </w:num>
  <w:num w:numId="6" w16cid:durableId="1223714080">
    <w:abstractNumId w:val="3"/>
  </w:num>
  <w:num w:numId="7" w16cid:durableId="1746608026">
    <w:abstractNumId w:val="2"/>
  </w:num>
  <w:num w:numId="8" w16cid:durableId="2038003859">
    <w:abstractNumId w:val="1"/>
  </w:num>
  <w:num w:numId="9" w16cid:durableId="1492527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4C8"/>
    <w:rsid w:val="00034616"/>
    <w:rsid w:val="0006063C"/>
    <w:rsid w:val="0015074B"/>
    <w:rsid w:val="0029639D"/>
    <w:rsid w:val="00326F90"/>
    <w:rsid w:val="006959D1"/>
    <w:rsid w:val="0074685B"/>
    <w:rsid w:val="00AA1D8D"/>
    <w:rsid w:val="00B47730"/>
    <w:rsid w:val="00CB0664"/>
    <w:rsid w:val="00F579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3B2F1D"/>
  <w14:defaultImageDpi w14:val="300"/>
  <w15:docId w15:val="{4530FBFC-E345-40E6-9303-A431C280D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1032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Borsukiewicz Anna</cp:lastModifiedBy>
  <cp:revision>2</cp:revision>
  <dcterms:created xsi:type="dcterms:W3CDTF">2026-09-23T11:37:00Z</dcterms:created>
  <dcterms:modified xsi:type="dcterms:W3CDTF">2026-09-23T11:37:00Z</dcterms:modified>
  <cp:category/>
</cp:coreProperties>
</file>